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Fourteen Day Deposit Deduction and Refund Letter</w:t>
      </w:r>
    </w:p>
    <w:p>
      <w:pPr>
        <w:jc w:val="left"/>
      </w:pPr>
      <w:r>
        <w:rPr>
          <w:b/>
          <w:color w:val="FF006E"/>
          <w:sz w:val="22"/>
        </w:rPr>
        <w:t>South African Landlords Association  |  Member resource</w:t>
      </w:r>
    </w:p>
    <w:p>
      <w:r>
        <w:t>Use this template after checking the lease, inspections, interest and supporting records. Complete all brackets and retain payment proof.</w:t>
      </w:r>
    </w:p>
    <w:p>
      <w:r>
        <w:rPr>
          <w:b/>
        </w:rPr>
        <w:t xml:space="preserve">Date: </w:t>
      </w:r>
      <w:r>
        <w:t>________________________________________________________________</w:t>
      </w:r>
    </w:p>
    <w:p>
      <w:r>
        <w:rPr>
          <w:b/>
        </w:rPr>
        <w:t xml:space="preserve">To: </w:t>
      </w:r>
      <w:r>
        <w:t>________________________________________________________________</w:t>
      </w:r>
    </w:p>
    <w:p>
      <w:r>
        <w:rPr>
          <w:b/>
        </w:rPr>
        <w:t xml:space="preserve">Property: </w:t>
      </w:r>
      <w:r>
        <w:t>________________________________________________________________</w:t>
      </w:r>
    </w:p>
    <w:p>
      <w:r>
        <w:rPr>
          <w:b/>
        </w:rPr>
        <w:t xml:space="preserve">Lease expiry date: </w:t>
      </w:r>
      <w:r>
        <w:t>________________________________________________________________</w:t>
      </w:r>
    </w:p>
    <w:p>
      <w:r>
        <w:t>Dear ______________________________</w:t>
      </w:r>
    </w:p>
    <w:p>
      <w:r>
        <w:t>Following the joint outgoing inspection, the attached statement identifies the amounts for which you are considered liable under the lease and the evidence supporting them. The balance of the deposit and accrued interest is being refunded within 14 days after restoration of the dwelling to the landlord. Relevant receipts are available for inspection.</w:t>
      </w:r>
    </w:p>
    <w:p>
      <w:r>
        <w:t>Deposit: R________________  Accrued interest: R________________  Deductions: R________________  Amount paid: R________________</w:t>
      </w:r>
    </w:p>
    <w:p>
      <w:r>
        <w:t>Payment date and reference: ______________________________________________________________</w:t>
      </w:r>
    </w:p>
    <w:p>
      <w:r>
        <w:t>Please find attached or available for inspection: _____________________________________________</w:t>
      </w:r>
    </w:p>
    <w:p>
      <w:r>
        <w:t>Yours sincerely</w:t>
      </w:r>
    </w:p>
    <w:p>
      <w:r>
        <w:rPr>
          <w:b/>
        </w:rPr>
        <w:t xml:space="preserve">Landlord or agent: </w:t>
      </w:r>
      <w:r>
        <w:t>________________________________________________________________</w:t>
      </w:r>
    </w:p>
    <w:p>
      <w:r>
        <w:rPr>
          <w:b/>
        </w:rPr>
        <w:t xml:space="preserve">Contact details: </w:t>
      </w:r>
      <w:r>
        <w:t>________________________________________________________________</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