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1083" w14:textId="77777777" w:rsidR="003C3815" w:rsidRDefault="00000000">
      <w:pPr>
        <w:pStyle w:val="Title"/>
      </w:pPr>
      <w:r>
        <w:t>Deposit Compliance Checklist</w:t>
      </w:r>
    </w:p>
    <w:p w14:paraId="6B8E3792" w14:textId="77777777" w:rsidR="003C3815" w:rsidRDefault="00000000">
      <w:r>
        <w:rPr>
          <w:b/>
          <w:color w:val="FF006E"/>
          <w:sz w:val="22"/>
        </w:rPr>
        <w:t>South African Landlords Association  |  Member resource</w:t>
      </w:r>
    </w:p>
    <w:p w14:paraId="49F6CEE7" w14:textId="77777777" w:rsidR="003C3815" w:rsidRDefault="00000000">
      <w:r>
        <w:t>Use this checklist for every residential tenancy involving a deposit. Record dates and retain the completed document with the lease file.</w:t>
      </w:r>
    </w:p>
    <w:p w14:paraId="1C6C5F4B" w14:textId="77777777" w:rsidR="003C3815" w:rsidRDefault="00000000">
      <w:r>
        <w:rPr>
          <w:b/>
        </w:rPr>
        <w:t xml:space="preserve">Property: </w:t>
      </w:r>
      <w:r>
        <w:t>________________________________________________________________</w:t>
      </w:r>
    </w:p>
    <w:p w14:paraId="04907EE4" w14:textId="77777777" w:rsidR="003C3815" w:rsidRDefault="00000000">
      <w:r>
        <w:rPr>
          <w:b/>
        </w:rPr>
        <w:t xml:space="preserve">Landlord: </w:t>
      </w:r>
      <w:r>
        <w:t>________________________________________________________________</w:t>
      </w:r>
    </w:p>
    <w:p w14:paraId="36609E9C" w14:textId="77777777" w:rsidR="003C3815" w:rsidRDefault="00000000">
      <w:r>
        <w:rPr>
          <w:b/>
        </w:rPr>
        <w:t xml:space="preserve">Tenant or tenants: </w:t>
      </w:r>
      <w:r>
        <w:t>________________________________________________________________</w:t>
      </w:r>
    </w:p>
    <w:p w14:paraId="33B19FD6" w14:textId="77777777" w:rsidR="003C3815" w:rsidRDefault="00000000">
      <w:r>
        <w:rPr>
          <w:b/>
        </w:rPr>
        <w:t xml:space="preserve">Lease start date: </w:t>
      </w:r>
      <w:r>
        <w:t>________________________________________________________________</w:t>
      </w:r>
    </w:p>
    <w:p w14:paraId="404DB46D" w14:textId="77777777" w:rsidR="003C3815" w:rsidRDefault="00000000">
      <w:r>
        <w:rPr>
          <w:b/>
        </w:rPr>
        <w:t xml:space="preserve">Lease expiry or termination date: </w:t>
      </w:r>
      <w:r>
        <w:t>________________________________________________________________</w:t>
      </w:r>
    </w:p>
    <w:p w14:paraId="000F91B8" w14:textId="77777777" w:rsidR="003C3815" w:rsidRDefault="00000000">
      <w:r>
        <w:rPr>
          <w:b/>
        </w:rPr>
        <w:t xml:space="preserve">Deposit amount: </w:t>
      </w:r>
      <w:r>
        <w:t>________________________________________________________________</w:t>
      </w:r>
    </w:p>
    <w:p w14:paraId="7055E455" w14:textId="77777777" w:rsidR="003C3815" w:rsidRDefault="00000000">
      <w:pPr>
        <w:pStyle w:val="Heading2"/>
      </w:pPr>
      <w:r>
        <w:t>At receipt</w:t>
      </w:r>
    </w:p>
    <w:p w14:paraId="2A257C54" w14:textId="77777777" w:rsidR="003C3815" w:rsidRDefault="00000000">
      <w:r>
        <w:t>☐ Lease records the deposit amount and payment terms.   Date or initials: __________________</w:t>
      </w:r>
    </w:p>
    <w:p w14:paraId="7B1F75E8" w14:textId="77777777" w:rsidR="003C3815" w:rsidRDefault="00000000">
      <w:r>
        <w:t>☐ Written receipt issued.   Date or initials: __________________</w:t>
      </w:r>
    </w:p>
    <w:p w14:paraId="00FB4BDB" w14:textId="77777777" w:rsidR="003C3815" w:rsidRDefault="00000000">
      <w:r>
        <w:t>☐ Deposit placed in an interest-bearing account with a financial institution.   Date or initials: __________________</w:t>
      </w:r>
    </w:p>
    <w:p w14:paraId="4399CCBA" w14:textId="77777777" w:rsidR="003C3815" w:rsidRDefault="00000000">
      <w:r>
        <w:t>☐ Account rate is not less than the applicable savings-account rate.   Date or initials: __________________</w:t>
      </w:r>
    </w:p>
    <w:p w14:paraId="7E4FCFF0" w14:textId="77777777" w:rsidR="003C3815" w:rsidRDefault="00000000">
      <w:r>
        <w:t>☐ Proof of deposit and account details retained.   Date or initials: __________________</w:t>
      </w:r>
    </w:p>
    <w:p w14:paraId="56E923B8" w14:textId="77777777" w:rsidR="003C3815" w:rsidRDefault="00000000">
      <w:pPr>
        <w:pStyle w:val="Heading2"/>
      </w:pPr>
      <w:r>
        <w:t>At commencement</w:t>
      </w:r>
    </w:p>
    <w:p w14:paraId="490C3BA9" w14:textId="77777777" w:rsidR="003C3815" w:rsidRDefault="00000000">
      <w:r>
        <w:t>☐ Joint incoming inspection arranged before occupation.   Date or initials: __________________</w:t>
      </w:r>
    </w:p>
    <w:p w14:paraId="755998DC" w14:textId="77777777" w:rsidR="003C3815" w:rsidRDefault="00000000">
      <w:r>
        <w:t>☐ Defects and contents recorded.   Date or initials: __________________</w:t>
      </w:r>
    </w:p>
    <w:p w14:paraId="094A214B" w14:textId="77777777" w:rsidR="003C3815" w:rsidRDefault="00000000">
      <w:r>
        <w:t>☐ Report signed or refusal or non-attendance documented.   Date or initials: __________________</w:t>
      </w:r>
    </w:p>
    <w:p w14:paraId="7BEBE6FA" w14:textId="77777777" w:rsidR="003C3815" w:rsidRDefault="00000000">
      <w:r>
        <w:t>☐ Dated photographs stored.   Date or initials: __________________</w:t>
      </w:r>
    </w:p>
    <w:p w14:paraId="2408EF85" w14:textId="77777777" w:rsidR="003C3815" w:rsidRDefault="00000000">
      <w:pPr>
        <w:pStyle w:val="Heading2"/>
      </w:pPr>
      <w:r>
        <w:t>Before expiry</w:t>
      </w:r>
    </w:p>
    <w:p w14:paraId="05D98DF9" w14:textId="77777777" w:rsidR="003C3815" w:rsidRDefault="00000000">
      <w:r>
        <w:t>☐ Written invitation sent for outgoing inspection.   Date or initials: __________________</w:t>
      </w:r>
    </w:p>
    <w:p w14:paraId="062835F8" w14:textId="77777777" w:rsidR="003C3815" w:rsidRDefault="00000000">
      <w:r>
        <w:t>☐ Inspection arranged within three days before expiry.   Date or initials: __________________</w:t>
      </w:r>
    </w:p>
    <w:p w14:paraId="4FAB1A86" w14:textId="77777777" w:rsidR="003C3815" w:rsidRDefault="00000000">
      <w:r>
        <w:t>☐ Delivery or receipt evidence retained.   Date or initials: __________________</w:t>
      </w:r>
    </w:p>
    <w:p w14:paraId="72255FB1" w14:textId="77777777" w:rsidR="003C3815" w:rsidRDefault="00000000">
      <w:pPr>
        <w:pStyle w:val="Heading2"/>
      </w:pPr>
      <w:r>
        <w:t>At handover</w:t>
      </w:r>
    </w:p>
    <w:p w14:paraId="1ED5016A" w14:textId="77777777" w:rsidR="003C3815" w:rsidRDefault="00000000">
      <w:r>
        <w:t>☐ Keys and remotes recorded.   Date or initials: __________________</w:t>
      </w:r>
    </w:p>
    <w:p w14:paraId="6CA3F993" w14:textId="77777777" w:rsidR="003C3815" w:rsidRDefault="00000000">
      <w:r>
        <w:t>☐ Meter readings obtained.   Date or initials: __________________</w:t>
      </w:r>
    </w:p>
    <w:p w14:paraId="69AA73D6" w14:textId="77777777" w:rsidR="003C3815" w:rsidRDefault="00000000">
      <w:r>
        <w:t>☐ Outgoing condition compared with incoming report.   Date or initials: __________________</w:t>
      </w:r>
    </w:p>
    <w:p w14:paraId="4B2AC743" w14:textId="77777777" w:rsidR="003C3815" w:rsidRDefault="00000000">
      <w:r>
        <w:t>☐ Tenant comments and signatures recorded.   Date or initials: __________________</w:t>
      </w:r>
    </w:p>
    <w:p w14:paraId="432B2C1B" w14:textId="77777777" w:rsidR="003C3815" w:rsidRDefault="00000000">
      <w:r>
        <w:lastRenderedPageBreak/>
        <w:t>☐ If tenant did not respond, landlord inspection diarised within seven days.   Date or initials: __________________</w:t>
      </w:r>
    </w:p>
    <w:p w14:paraId="6A47EEAF" w14:textId="77777777" w:rsidR="003C3815" w:rsidRDefault="00000000">
      <w:pPr>
        <w:pStyle w:val="Heading2"/>
      </w:pPr>
      <w:r>
        <w:t>Deposit closure</w:t>
      </w:r>
    </w:p>
    <w:p w14:paraId="649C9879" w14:textId="77777777" w:rsidR="003C3815" w:rsidRDefault="00000000">
      <w:r>
        <w:t>☐ Amounts due checked against the lease.   Date or initials: __________________</w:t>
      </w:r>
    </w:p>
    <w:p w14:paraId="66923F2F" w14:textId="77777777" w:rsidR="003C3815" w:rsidRDefault="00000000">
      <w:r>
        <w:t>☐ Fair wear and tear excluded.   Date or initials: __________________</w:t>
      </w:r>
    </w:p>
    <w:p w14:paraId="138ED720" w14:textId="77777777" w:rsidR="003C3815" w:rsidRDefault="00000000">
      <w:r>
        <w:t>☐ Relevant receipts obtained and made available to tenant.   Date or initials: __________________</w:t>
      </w:r>
    </w:p>
    <w:p w14:paraId="69DFB36D" w14:textId="77777777" w:rsidR="003C3815" w:rsidRDefault="00000000">
      <w:r>
        <w:t>☐ Accrued interest calculated.   Date or initials: __________________</w:t>
      </w:r>
    </w:p>
    <w:p w14:paraId="45F33D68" w14:textId="77777777" w:rsidR="003C3815" w:rsidRDefault="00000000">
      <w:r>
        <w:t>☐ Correct 7, 14 or 21-day deadline selected.   Date or initials: __________________</w:t>
      </w:r>
    </w:p>
    <w:p w14:paraId="1F878C56" w14:textId="77777777" w:rsidR="003C3815" w:rsidRDefault="00000000">
      <w:r>
        <w:t>☐ Itemised statement sent.   Date or initials: __________________</w:t>
      </w:r>
    </w:p>
    <w:p w14:paraId="2E1F72A5" w14:textId="77777777" w:rsidR="003C3815" w:rsidRDefault="00000000">
      <w:r>
        <w:t>☐ Balance paid and proof retained.   Date or initials: __________________</w:t>
      </w:r>
    </w:p>
    <w:p w14:paraId="077DEEA6" w14:textId="77777777" w:rsidR="003C3815" w:rsidRDefault="00000000">
      <w:pPr>
        <w:pStyle w:val="Heading2"/>
      </w:pPr>
      <w:r>
        <w:rPr>
          <w:sz w:val="20"/>
        </w:rPr>
        <w:t>Important legal note</w:t>
      </w:r>
    </w:p>
    <w:p w14:paraId="05390D75" w14:textId="77777777" w:rsidR="003C3815" w:rsidRDefault="00000000">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3C3815" w:rsidSect="00034616">
      <w:footerReference w:type="default" r:id="rId8"/>
      <w:pgSz w:w="12240" w:h="15840"/>
      <w:pgMar w:top="1020" w:right="1191"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04FAB" w14:textId="77777777" w:rsidR="00845FFB" w:rsidRDefault="00845FFB">
      <w:pPr>
        <w:spacing w:after="0" w:line="240" w:lineRule="auto"/>
      </w:pPr>
      <w:r>
        <w:separator/>
      </w:r>
    </w:p>
  </w:endnote>
  <w:endnote w:type="continuationSeparator" w:id="0">
    <w:p w14:paraId="42BCAAFC" w14:textId="77777777" w:rsidR="00845FFB" w:rsidRDefault="00845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6063" w14:textId="77777777" w:rsidR="003C3815" w:rsidRDefault="00000000">
    <w:pPr>
      <w:pStyle w:val="Footer"/>
      <w:jc w:val="center"/>
    </w:pPr>
    <w:r>
      <w:rPr>
        <w:color w:val="646464"/>
        <w:sz w:val="16"/>
      </w:rPr>
      <w:t xml:space="preserve">South African Landlords </w:t>
    </w:r>
    <w:proofErr w:type="gramStart"/>
    <w:r>
      <w:rPr>
        <w:color w:val="646464"/>
        <w:sz w:val="16"/>
      </w:rPr>
      <w:t>Association  |</w:t>
    </w:r>
    <w:proofErr w:type="gramEnd"/>
    <w:r>
      <w:rPr>
        <w:color w:val="646464"/>
        <w:sz w:val="16"/>
      </w:rPr>
      <w:t xml:space="preserve">  landlordsassociation.co.za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340A2" w14:textId="77777777" w:rsidR="00845FFB" w:rsidRDefault="00845FFB">
      <w:pPr>
        <w:spacing w:after="0" w:line="240" w:lineRule="auto"/>
      </w:pPr>
      <w:r>
        <w:separator/>
      </w:r>
    </w:p>
  </w:footnote>
  <w:footnote w:type="continuationSeparator" w:id="0">
    <w:p w14:paraId="0AE95F76" w14:textId="77777777" w:rsidR="00845FFB" w:rsidRDefault="00845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6880605">
    <w:abstractNumId w:val="8"/>
  </w:num>
  <w:num w:numId="2" w16cid:durableId="272830035">
    <w:abstractNumId w:val="6"/>
  </w:num>
  <w:num w:numId="3" w16cid:durableId="545680310">
    <w:abstractNumId w:val="5"/>
  </w:num>
  <w:num w:numId="4" w16cid:durableId="843514400">
    <w:abstractNumId w:val="4"/>
  </w:num>
  <w:num w:numId="5" w16cid:durableId="315694860">
    <w:abstractNumId w:val="7"/>
  </w:num>
  <w:num w:numId="6" w16cid:durableId="1539513433">
    <w:abstractNumId w:val="3"/>
  </w:num>
  <w:num w:numId="7" w16cid:durableId="577593739">
    <w:abstractNumId w:val="2"/>
  </w:num>
  <w:num w:numId="8" w16cid:durableId="134181419">
    <w:abstractNumId w:val="1"/>
  </w:num>
  <w:num w:numId="9" w16cid:durableId="1848904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0746"/>
    <w:rsid w:val="0029639D"/>
    <w:rsid w:val="00326F90"/>
    <w:rsid w:val="003C3815"/>
    <w:rsid w:val="00845FFB"/>
    <w:rsid w:val="009047A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A9740C"/>
  <w14:defaultImageDpi w14:val="300"/>
  <w15:docId w15:val="{610E0D94-04D6-4B40-A4B7-D38048AD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333333"/>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00" w:after="320" w:line="240" w:lineRule="auto"/>
      <w:contextualSpacing/>
    </w:pPr>
    <w:rPr>
      <w:rFonts w:asciiTheme="majorHAnsi" w:eastAsiaTheme="majorEastAsia" w:hAnsiTheme="majorHAnsi" w:cstheme="majorBid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2026-09-17T16:29:00Z</dcterms:created>
  <dcterms:modified xsi:type="dcterms:W3CDTF">2026-09-17T16:29:00Z</dcterms:modified>
  <cp:category/>
</cp:coreProperties>
</file>